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המסלול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מסלול הכבישים מעפולה ומחיפה אל טבריה ואת אתגרי הבטיחות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הנוסעים כגורם מסיח או כגורם מגן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הציווי בשלטי הדרכים ואת המסורת הלשונית שמאחוריה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כביש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טבריה נמצאת על החוף המערבי של הכנרת.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 על לשון השלטים.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ממליץ על תגובה עדינה ועל הצעה לעזור.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שלטי דרכים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לפני קו העצירה)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(לאפשר לתנועה בדרך החוצה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(הפחתת מהירות לקראת מכשול או צומת)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מעפולה בכביש 65 ונסיעה צפונה-מזרחה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חליפה לכביש 77 במחלף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ירידה ארוכה ותלולה אל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כניסה לעיר טבריה והמשך בכביש 90 לאורך החוף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עמדה ברורה, שני נימוקים רלוונטיים (למשל הכללה מגדרית מול קיצור ויעילות השלט), התייחסות לטיעון נגד ומענה לו, וסיכום קצר וברור.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77 מכיוון עפולה וכביש 77 מכיוון חיפה (דרך צומת המוביל)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להציע לקרוא הודעות במקום הנהג/ת, לוודא שכולם חגורים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לאפשר קריאה מהירה בשנייה וחצי; זו גם מסורת כתיבה שהשיח העכשווי בוחן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כללית של הצפון ולבקש מהתלמידים לאתר בעצמם את הכבישים המוזכרים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בכיתה על ההבדל בין עצור לעצרו לפני כתיבת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חלק השלטים לחלק הכתיבה כדי לחזק את ההבנה הלשונית לפני המטלה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המסלול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מתאר את הדרך מעפולה ומחיפה אל טבריה, את האתגרים שבירידה התלולה אל הכנרת, ואת האחריות המשותפת של נהג ונוסעים לבטיחות בדרך. בנוסף נבחנת השפה המיוחדת של שלטי הדרכים.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65  ·  ישי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מאיזה כביש יוצאים מעמק יזרעאל צפונה-מזרחה לכיוון הר תבור ומחלף גולני?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כביש עובר לאורך חוף הכנרת בטבריה?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90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טבריה נמצאת על החוף המזרחי של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בשלטים הציווי בזכר יחיד נובע ממסורת כתיבה, לא מכך שהשלט פונה רק לגברים.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הכותב ממליץ לנוסעים להעיר לנהג בחריפות כדי שיבין את הסכנה.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כביש __________ יוצא מעמק יזרעאל צפונה-מזרחה וממשיך עד מחלף גולני.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שמגיע מחיפה נוסע בכביש 75 עד צומת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שלטי דרכים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לאפשר לתנועה בדרך החוצה לעבור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הפחתת מהירות לקראת מכשול או צומת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עצירה מלאה לפני קו העצירה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ירידה ארוכה ותלולה אל טבריה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כניסה לעיר טבריה והמשך בכביש 90 לאורך החוף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חליפה לכביש 77 במחלף גולני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יציאה מעפולה בכביש 65 ונסיעה צפונה-מזרחה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פסקת טיעון קצרה: האם יש להחליף את נוסח הציווי בשלטי הדרכים מזכר יחיד לרבים (עצור ← עצרו)? הציגו עמדה, שני נימוקים, טיעון נגדי והפרכתו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כבישים מתמזגים לפני הירידה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לפעולה של נוסע שהיא גורם מגן בדרך.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 וזהירות בדרכים – המסלול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